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5391" w14:textId="77777777" w:rsidR="007265F0" w:rsidRDefault="00000000">
      <w:pPr>
        <w:spacing w:after="0"/>
        <w:jc w:val="center"/>
      </w:pPr>
      <w:r>
        <w:rPr>
          <w:b/>
          <w:sz w:val="24"/>
        </w:rPr>
        <w:t>FLORIDA INTERNATIONAL UNIVERSITY</w:t>
      </w:r>
    </w:p>
    <w:p w14:paraId="3462D3DF" w14:textId="239AE115" w:rsidR="007265F0" w:rsidRDefault="00000000">
      <w:pPr>
        <w:spacing w:after="0"/>
        <w:jc w:val="center"/>
      </w:pPr>
      <w:r>
        <w:rPr>
          <w:b/>
          <w:sz w:val="30"/>
        </w:rPr>
        <w:t>PUBLIC ADMINISTRATION (</w:t>
      </w:r>
      <w:r w:rsidR="009A394C">
        <w:rPr>
          <w:b/>
          <w:sz w:val="30"/>
        </w:rPr>
        <w:t>P</w:t>
      </w:r>
      <w:r>
        <w:rPr>
          <w:b/>
          <w:sz w:val="30"/>
        </w:rPr>
        <w:t>A)</w:t>
      </w:r>
    </w:p>
    <w:p w14:paraId="4E66D599" w14:textId="77777777" w:rsidR="007265F0" w:rsidRDefault="00000000">
      <w:pPr>
        <w:spacing w:after="100"/>
        <w:jc w:val="center"/>
      </w:pPr>
      <w:r>
        <w:rPr>
          <w:b/>
          <w:sz w:val="26"/>
        </w:rPr>
        <w:t>Student Financial Hardship Fund</w:t>
      </w:r>
    </w:p>
    <w:p w14:paraId="5A1D2247" w14:textId="77777777" w:rsidR="007265F0" w:rsidRDefault="00000000">
      <w:pPr>
        <w:spacing w:after="140"/>
        <w:jc w:val="center"/>
      </w:pPr>
      <w:r>
        <w:rPr>
          <w:b/>
          <w:sz w:val="20"/>
        </w:rPr>
        <w:t>APPLICATION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7265F0" w14:paraId="32E5B515" w14:textId="77777777">
        <w:trPr>
          <w:jc w:val="center"/>
        </w:trPr>
        <w:tc>
          <w:tcPr>
            <w:tcW w:w="10368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B8D383" w14:textId="77777777" w:rsidR="007265F0" w:rsidRDefault="00000000">
            <w:pPr>
              <w:spacing w:after="0"/>
            </w:pPr>
            <w:r>
              <w:rPr>
                <w:b/>
              </w:rPr>
              <w:t xml:space="preserve">Purpose: </w:t>
            </w:r>
            <w:r>
              <w:t>This fund provides limited emergency financial assistance to eligible PA students experiencing unexpected expenses that may affect their ability to remain enrolled at FIU.</w:t>
            </w:r>
          </w:p>
          <w:p w14:paraId="0F971AA4" w14:textId="62E8CCA4" w:rsidR="007265F0" w:rsidRDefault="00000000">
            <w:pPr>
              <w:spacing w:before="40" w:after="0"/>
            </w:pPr>
            <w:r>
              <w:rPr>
                <w:b/>
              </w:rPr>
              <w:t xml:space="preserve">Maximum award: </w:t>
            </w:r>
            <w:r>
              <w:t>$1,000. Supporting documentation is required.</w:t>
            </w:r>
          </w:p>
        </w:tc>
      </w:tr>
    </w:tbl>
    <w:p w14:paraId="3160C69D" w14:textId="77777777" w:rsidR="007265F0" w:rsidRDefault="00000000">
      <w:pPr>
        <w:spacing w:before="120" w:after="60"/>
      </w:pPr>
      <w:r>
        <w:rPr>
          <w:b/>
          <w:sz w:val="21"/>
        </w:rPr>
        <w:t>1. Student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7056"/>
      </w:tblGrid>
      <w:tr w:rsidR="007265F0" w14:paraId="34C86E92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B042A9" w14:textId="77777777" w:rsidR="007265F0" w:rsidRDefault="00000000">
            <w:pPr>
              <w:spacing w:after="0"/>
            </w:pPr>
            <w:r>
              <w:rPr>
                <w:b/>
              </w:rPr>
              <w:t>Full Name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FA2E20" w14:textId="77777777" w:rsidR="007265F0" w:rsidRDefault="00000000">
            <w:pPr>
              <w:spacing w:after="0"/>
            </w:pPr>
            <w:r>
              <w:t>________________________________________________________</w:t>
            </w:r>
          </w:p>
        </w:tc>
      </w:tr>
      <w:tr w:rsidR="007265F0" w14:paraId="25A4E0A2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46B4EE" w14:textId="77777777" w:rsidR="007265F0" w:rsidRDefault="00000000">
            <w:pPr>
              <w:spacing w:after="0"/>
            </w:pPr>
            <w:r>
              <w:rPr>
                <w:b/>
              </w:rPr>
              <w:t>Panther ID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97B26E" w14:textId="77777777" w:rsidR="007265F0" w:rsidRDefault="00000000">
            <w:pPr>
              <w:spacing w:after="0"/>
            </w:pPr>
            <w:r>
              <w:t>____________________________</w:t>
            </w:r>
          </w:p>
        </w:tc>
      </w:tr>
      <w:tr w:rsidR="007265F0" w14:paraId="10330E42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4A62F2" w14:textId="77777777" w:rsidR="007265F0" w:rsidRDefault="00000000">
            <w:pPr>
              <w:spacing w:after="0"/>
            </w:pPr>
            <w:r>
              <w:rPr>
                <w:b/>
              </w:rPr>
              <w:t>FIU Email Address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C2AB50" w14:textId="77777777" w:rsidR="007265F0" w:rsidRDefault="00000000">
            <w:pPr>
              <w:spacing w:after="0"/>
            </w:pPr>
            <w:r>
              <w:t>________________________________________________________</w:t>
            </w:r>
          </w:p>
        </w:tc>
      </w:tr>
      <w:tr w:rsidR="007265F0" w14:paraId="288F5303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B6A690" w14:textId="77777777" w:rsidR="007265F0" w:rsidRDefault="00000000">
            <w:pPr>
              <w:spacing w:after="0"/>
            </w:pPr>
            <w:r>
              <w:rPr>
                <w:b/>
              </w:rPr>
              <w:t>Local Address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2098B6" w14:textId="77777777" w:rsidR="007265F0" w:rsidRDefault="00000000">
            <w:pPr>
              <w:spacing w:after="0"/>
            </w:pPr>
            <w:r>
              <w:t>________________________________________________________</w:t>
            </w:r>
          </w:p>
        </w:tc>
      </w:tr>
      <w:tr w:rsidR="007265F0" w14:paraId="3EF3AE01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706C37" w14:textId="77777777" w:rsidR="007265F0" w:rsidRDefault="00000000">
            <w:pPr>
              <w:spacing w:after="0"/>
            </w:pPr>
            <w:r>
              <w:rPr>
                <w:b/>
              </w:rPr>
              <w:t>Phone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F43073" w14:textId="77777777" w:rsidR="007265F0" w:rsidRDefault="00000000">
            <w:pPr>
              <w:spacing w:after="0"/>
            </w:pPr>
            <w:r>
              <w:t>(_____) ____________________</w:t>
            </w:r>
          </w:p>
        </w:tc>
      </w:tr>
    </w:tbl>
    <w:p w14:paraId="25672A5E" w14:textId="77777777" w:rsidR="007265F0" w:rsidRDefault="00000000">
      <w:pPr>
        <w:spacing w:before="120" w:after="60"/>
      </w:pPr>
      <w:r>
        <w:rPr>
          <w:b/>
          <w:sz w:val="21"/>
        </w:rPr>
        <w:t>2. Eligibility &amp; Enrollment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7056"/>
      </w:tblGrid>
      <w:tr w:rsidR="007265F0" w14:paraId="474C6A95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D10F00" w14:textId="77777777" w:rsidR="007265F0" w:rsidRDefault="00000000">
            <w:pPr>
              <w:spacing w:after="0"/>
            </w:pPr>
            <w:r>
              <w:rPr>
                <w:b/>
              </w:rPr>
              <w:t>Employed by FIU?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3924FA" w14:textId="77777777" w:rsidR="007265F0" w:rsidRDefault="00000000">
            <w:pPr>
              <w:spacing w:after="0"/>
            </w:pPr>
            <w:r>
              <w:t>☐ Yes    ☐ No</w:t>
            </w:r>
          </w:p>
        </w:tc>
      </w:tr>
      <w:tr w:rsidR="007265F0" w14:paraId="0F97F75B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A1A5DA" w14:textId="77777777" w:rsidR="007265F0" w:rsidRDefault="00000000">
            <w:pPr>
              <w:spacing w:after="0"/>
            </w:pPr>
            <w:r>
              <w:rPr>
                <w:b/>
              </w:rPr>
              <w:t>Student in the Public Policy and Administration Department?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64803A" w14:textId="77777777" w:rsidR="007265F0" w:rsidRDefault="00000000">
            <w:pPr>
              <w:spacing w:after="0"/>
            </w:pPr>
            <w:r>
              <w:t>☐ Yes    ☐ No</w:t>
            </w:r>
          </w:p>
        </w:tc>
      </w:tr>
      <w:tr w:rsidR="007265F0" w14:paraId="79E8B53A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F92012" w14:textId="77777777" w:rsidR="007265F0" w:rsidRDefault="00000000">
            <w:pPr>
              <w:spacing w:after="0"/>
            </w:pPr>
            <w:r>
              <w:rPr>
                <w:b/>
              </w:rPr>
              <w:t>Program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502D5B" w14:textId="77777777" w:rsidR="007265F0" w:rsidRDefault="00000000">
            <w:pPr>
              <w:spacing w:after="0"/>
            </w:pPr>
            <w:r>
              <w:t>☐ Undergraduate    ☐ Master's    ☐ Ph.D.</w:t>
            </w:r>
          </w:p>
        </w:tc>
      </w:tr>
      <w:tr w:rsidR="007265F0" w14:paraId="156E80C4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7D629C" w14:textId="77777777" w:rsidR="007265F0" w:rsidRDefault="00000000">
            <w:pPr>
              <w:spacing w:after="0"/>
            </w:pPr>
            <w:r>
              <w:rPr>
                <w:b/>
              </w:rPr>
              <w:t>Student Status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3CF422" w14:textId="77777777" w:rsidR="007265F0" w:rsidRDefault="00000000">
            <w:pPr>
              <w:spacing w:after="0"/>
            </w:pPr>
            <w:r>
              <w:t>☐ Full Time    ☐ Part Time</w:t>
            </w:r>
          </w:p>
        </w:tc>
      </w:tr>
    </w:tbl>
    <w:p w14:paraId="4B4E8C76" w14:textId="77777777" w:rsidR="007265F0" w:rsidRDefault="00000000">
      <w:pPr>
        <w:spacing w:before="120" w:after="60"/>
      </w:pPr>
      <w:r>
        <w:rPr>
          <w:b/>
          <w:sz w:val="21"/>
        </w:rPr>
        <w:t>3. Previous PA Student Emergency Fund Support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7056"/>
      </w:tblGrid>
      <w:tr w:rsidR="007265F0" w14:paraId="2CFA082C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6F599E" w14:textId="77777777" w:rsidR="007265F0" w:rsidRDefault="00000000">
            <w:pPr>
              <w:spacing w:after="0"/>
            </w:pPr>
            <w:r>
              <w:rPr>
                <w:b/>
              </w:rPr>
              <w:t>Received PA Student Emergency Fund before?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CDD892" w14:textId="77777777" w:rsidR="007265F0" w:rsidRDefault="00000000">
            <w:pPr>
              <w:spacing w:after="0"/>
            </w:pPr>
            <w:r>
              <w:t>☐ Yes    ☐ No</w:t>
            </w:r>
          </w:p>
        </w:tc>
      </w:tr>
      <w:tr w:rsidR="007265F0" w14:paraId="52586E6B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183D21" w14:textId="77777777" w:rsidR="007265F0" w:rsidRDefault="00000000">
            <w:pPr>
              <w:spacing w:after="0"/>
            </w:pPr>
            <w:r>
              <w:rPr>
                <w:b/>
              </w:rPr>
              <w:t>If yes, when?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EDD6DB" w14:textId="77777777" w:rsidR="007265F0" w:rsidRDefault="00000000">
            <w:pPr>
              <w:spacing w:after="0"/>
            </w:pPr>
            <w:r>
              <w:t>____________________________  (Month / Year)</w:t>
            </w:r>
          </w:p>
        </w:tc>
      </w:tr>
      <w:tr w:rsidR="007265F0" w14:paraId="0849F82E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90D710" w14:textId="77777777" w:rsidR="007265F0" w:rsidRDefault="00000000">
            <w:pPr>
              <w:spacing w:after="0"/>
            </w:pPr>
            <w:r>
              <w:rPr>
                <w:b/>
              </w:rPr>
              <w:t>Amount previously received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9752A2" w14:textId="77777777" w:rsidR="007265F0" w:rsidRDefault="00000000">
            <w:pPr>
              <w:spacing w:after="0"/>
            </w:pPr>
            <w:r>
              <w:t>$ __________________________</w:t>
            </w:r>
          </w:p>
        </w:tc>
      </w:tr>
    </w:tbl>
    <w:p w14:paraId="18C2C2B2" w14:textId="77777777" w:rsidR="007265F0" w:rsidRDefault="00000000">
      <w:pPr>
        <w:spacing w:before="120" w:after="60"/>
      </w:pPr>
      <w:r>
        <w:rPr>
          <w:b/>
          <w:sz w:val="21"/>
        </w:rPr>
        <w:t>4. Current Request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7056"/>
      </w:tblGrid>
      <w:tr w:rsidR="007265F0" w14:paraId="11D18EA0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B3F32B" w14:textId="77777777" w:rsidR="007265F0" w:rsidRDefault="00000000">
            <w:pPr>
              <w:spacing w:after="0"/>
            </w:pPr>
            <w:r>
              <w:rPr>
                <w:b/>
              </w:rPr>
              <w:t>Amount Requested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847D8E" w14:textId="77777777" w:rsidR="007265F0" w:rsidRDefault="00000000">
            <w:pPr>
              <w:spacing w:after="0"/>
            </w:pPr>
            <w:r>
              <w:t>$ ____________________  (Maximum: $1,000)</w:t>
            </w:r>
          </w:p>
        </w:tc>
      </w:tr>
      <w:tr w:rsidR="007265F0" w14:paraId="0E639F85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595908" w14:textId="77777777" w:rsidR="007265F0" w:rsidRDefault="00000000">
            <w:pPr>
              <w:spacing w:after="0"/>
            </w:pPr>
            <w:r>
              <w:rPr>
                <w:b/>
              </w:rPr>
              <w:t>Funds Needed By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B957A2" w14:textId="77777777" w:rsidR="007265F0" w:rsidRDefault="00000000">
            <w:pPr>
              <w:spacing w:after="0"/>
            </w:pPr>
            <w:r>
              <w:t>____ / ____ / ________</w:t>
            </w:r>
          </w:p>
        </w:tc>
      </w:tr>
    </w:tbl>
    <w:p w14:paraId="1EEB779A" w14:textId="77777777" w:rsidR="007265F0" w:rsidRDefault="00000000">
      <w:pPr>
        <w:spacing w:before="60" w:after="80"/>
      </w:pPr>
      <w:r>
        <w:rPr>
          <w:i/>
          <w:sz w:val="17"/>
        </w:rPr>
        <w:t>Please provide clear, specific information. Attach additional pages if needed.</w:t>
      </w:r>
    </w:p>
    <w:p w14:paraId="4A5810F5" w14:textId="77777777" w:rsidR="007265F0" w:rsidRDefault="00000000">
      <w:pPr>
        <w:spacing w:before="120" w:after="60"/>
      </w:pPr>
      <w:r>
        <w:rPr>
          <w:b/>
          <w:sz w:val="21"/>
        </w:rPr>
        <w:t>5. Emergency Financial Need</w:t>
      </w:r>
    </w:p>
    <w:p w14:paraId="2F8F61D1" w14:textId="77777777" w:rsidR="007265F0" w:rsidRDefault="00000000">
      <w:pPr>
        <w:spacing w:before="40" w:after="40"/>
      </w:pPr>
      <w:r>
        <w:rPr>
          <w:b/>
        </w:rPr>
        <w:t>A. Please explain the unexpected expense(s) that are creating your financial hardship. Include the nature of the expense, approximate amount, and relevant dates.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7265F0" w14:paraId="1AA26F0C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AA86E76" w14:textId="77777777" w:rsidR="007265F0" w:rsidRDefault="007265F0"/>
        </w:tc>
      </w:tr>
      <w:tr w:rsidR="007265F0" w14:paraId="418436D7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48AF274" w14:textId="77777777" w:rsidR="007265F0" w:rsidRDefault="007265F0"/>
        </w:tc>
      </w:tr>
      <w:tr w:rsidR="007265F0" w14:paraId="7FC8BF58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838A2C3" w14:textId="77777777" w:rsidR="007265F0" w:rsidRDefault="007265F0"/>
        </w:tc>
      </w:tr>
      <w:tr w:rsidR="007265F0" w14:paraId="60BC97B7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3618F20" w14:textId="77777777" w:rsidR="007265F0" w:rsidRDefault="007265F0"/>
        </w:tc>
      </w:tr>
      <w:tr w:rsidR="007265F0" w14:paraId="4B80FA67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3E152032" w14:textId="77777777" w:rsidR="007265F0" w:rsidRDefault="007265F0"/>
        </w:tc>
      </w:tr>
    </w:tbl>
    <w:p w14:paraId="2E130BE6" w14:textId="77777777" w:rsidR="007265F0" w:rsidRDefault="00000000">
      <w:pPr>
        <w:spacing w:before="40" w:after="40"/>
      </w:pPr>
      <w:r>
        <w:rPr>
          <w:b/>
        </w:rPr>
        <w:t>B. Please explain how these unexpected expenses may affect your ability to remain enrolled at FIU.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7265F0" w14:paraId="6FCFE21B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BBC3F29" w14:textId="77777777" w:rsidR="007265F0" w:rsidRDefault="007265F0"/>
        </w:tc>
      </w:tr>
      <w:tr w:rsidR="007265F0" w14:paraId="5858A703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5221A53" w14:textId="77777777" w:rsidR="007265F0" w:rsidRDefault="007265F0"/>
        </w:tc>
      </w:tr>
      <w:tr w:rsidR="007265F0" w14:paraId="51C8DBEB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C0BF528" w14:textId="77777777" w:rsidR="007265F0" w:rsidRDefault="007265F0"/>
        </w:tc>
      </w:tr>
      <w:tr w:rsidR="007265F0" w14:paraId="033D6BC0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1A99ECA" w14:textId="77777777" w:rsidR="007265F0" w:rsidRDefault="007265F0"/>
        </w:tc>
      </w:tr>
    </w:tbl>
    <w:p w14:paraId="665B5959" w14:textId="77777777" w:rsidR="007265F0" w:rsidRDefault="00000000">
      <w:pPr>
        <w:spacing w:before="40" w:after="40"/>
      </w:pPr>
      <w:r>
        <w:rPr>
          <w:b/>
        </w:rPr>
        <w:t>C. Please describe your efforts to obtain financial assistance from other sources (e.g., family, friends, employment, other university or community resources).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7265F0" w14:paraId="0F15EFC7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97F98CE" w14:textId="77777777" w:rsidR="007265F0" w:rsidRDefault="007265F0"/>
        </w:tc>
      </w:tr>
      <w:tr w:rsidR="007265F0" w14:paraId="27844705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79C7012" w14:textId="77777777" w:rsidR="007265F0" w:rsidRDefault="007265F0"/>
        </w:tc>
      </w:tr>
      <w:tr w:rsidR="007265F0" w14:paraId="19A94E83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18A5548C" w14:textId="77777777" w:rsidR="007265F0" w:rsidRDefault="007265F0"/>
        </w:tc>
      </w:tr>
      <w:tr w:rsidR="007265F0" w14:paraId="196C174A" w14:textId="77777777">
        <w:trPr>
          <w:trHeight w:val="346"/>
          <w:jc w:val="center"/>
        </w:trPr>
        <w:tc>
          <w:tcPr>
            <w:tcW w:w="103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F35AE4A" w14:textId="77777777" w:rsidR="007265F0" w:rsidRDefault="007265F0"/>
        </w:tc>
      </w:tr>
    </w:tbl>
    <w:p w14:paraId="62C63385" w14:textId="77777777" w:rsidR="007265F0" w:rsidRDefault="00000000">
      <w:pPr>
        <w:spacing w:before="120" w:after="60"/>
      </w:pPr>
      <w:r>
        <w:rPr>
          <w:b/>
          <w:sz w:val="21"/>
        </w:rPr>
        <w:t>6. Supporting Documentation</w:t>
      </w:r>
    </w:p>
    <w:p w14:paraId="68B353A6" w14:textId="77777777" w:rsidR="007265F0" w:rsidRDefault="00000000">
      <w:pPr>
        <w:spacing w:after="40"/>
      </w:pPr>
      <w:r>
        <w:rPr>
          <w:sz w:val="18"/>
        </w:rPr>
        <w:t>Please attach documentation that supports your request, as applicable, such as bills, receipts, estimates, or legal documents.</w:t>
      </w:r>
    </w:p>
    <w:p w14:paraId="429CFB72" w14:textId="77777777" w:rsidR="007265F0" w:rsidRDefault="00000000">
      <w:pPr>
        <w:spacing w:after="40"/>
      </w:pPr>
      <w:r>
        <w:rPr>
          <w:b/>
        </w:rPr>
        <w:t>Documents included with application:</w:t>
      </w:r>
      <w:r>
        <w:t xml:space="preserve">  ☐ Bills/Invoices    ☐ Receipts    ☐ Legal Documents    ☐ Other: __________________________</w:t>
      </w:r>
    </w:p>
    <w:p w14:paraId="1B670CB9" w14:textId="77777777" w:rsidR="007265F0" w:rsidRDefault="00000000">
      <w:pPr>
        <w:spacing w:after="100"/>
      </w:pPr>
      <w:r>
        <w:rPr>
          <w:sz w:val="18"/>
        </w:rPr>
        <w:t xml:space="preserve">Submit the completed application and supporting documentation to </w:t>
      </w:r>
      <w:r>
        <w:rPr>
          <w:b/>
          <w:sz w:val="18"/>
        </w:rPr>
        <w:t>Dr. N. Emel Ganapati (ganapat@fiu.edu)</w:t>
      </w:r>
    </w:p>
    <w:p w14:paraId="5B5FD38C" w14:textId="77777777" w:rsidR="007265F0" w:rsidRDefault="00000000">
      <w:pPr>
        <w:spacing w:before="120" w:after="60"/>
      </w:pPr>
      <w:r>
        <w:rPr>
          <w:b/>
          <w:sz w:val="21"/>
        </w:rPr>
        <w:t>7. Applicant Certification</w:t>
      </w:r>
    </w:p>
    <w:p w14:paraId="0643807F" w14:textId="77777777" w:rsidR="007265F0" w:rsidRDefault="00000000">
      <w:pPr>
        <w:spacing w:after="100"/>
      </w:pPr>
      <w:r>
        <w:rPr>
          <w:sz w:val="18"/>
        </w:rPr>
        <w:t>I certify that the information provided in this application is true and complete to the best of my knowledge. I understand that supporting documentation may be required to verify my request.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7056"/>
      </w:tblGrid>
      <w:tr w:rsidR="007265F0" w14:paraId="59BF8B12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A54B6C" w14:textId="77777777" w:rsidR="007265F0" w:rsidRDefault="00000000">
            <w:pPr>
              <w:spacing w:after="0"/>
            </w:pPr>
            <w:r>
              <w:rPr>
                <w:b/>
              </w:rPr>
              <w:t>Applicant Signature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4B4C6B" w14:textId="77777777" w:rsidR="007265F0" w:rsidRDefault="00000000">
            <w:pPr>
              <w:spacing w:after="0"/>
            </w:pPr>
            <w:r>
              <w:t>________________________________________________________</w:t>
            </w:r>
          </w:p>
        </w:tc>
      </w:tr>
      <w:tr w:rsidR="007265F0" w14:paraId="4A1A969C" w14:textId="77777777">
        <w:trPr>
          <w:jc w:val="center"/>
        </w:trPr>
        <w:tc>
          <w:tcPr>
            <w:tcW w:w="35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472874" w14:textId="77777777" w:rsidR="007265F0" w:rsidRDefault="00000000">
            <w:pPr>
              <w:spacing w:after="0"/>
            </w:pPr>
            <w:r>
              <w:rPr>
                <w:b/>
              </w:rPr>
              <w:t>Date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E7A7BB" w14:textId="77777777" w:rsidR="007265F0" w:rsidRDefault="00000000">
            <w:pPr>
              <w:spacing w:after="0"/>
            </w:pPr>
            <w:r>
              <w:t>____________________________</w:t>
            </w:r>
          </w:p>
        </w:tc>
      </w:tr>
    </w:tbl>
    <w:p w14:paraId="7910CB2A" w14:textId="77777777" w:rsidR="007265F0" w:rsidRDefault="00000000">
      <w:pPr>
        <w:spacing w:before="180" w:after="40"/>
      </w:pPr>
      <w:r>
        <w:rPr>
          <w:b/>
          <w:sz w:val="21"/>
        </w:rPr>
        <w:t>FOR OFFICE USE ONLY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7265F0" w14:paraId="30DD1085" w14:textId="77777777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4F0B10" w14:textId="77777777" w:rsidR="007265F0" w:rsidRDefault="00000000">
            <w:pPr>
              <w:spacing w:after="0"/>
            </w:pPr>
            <w:r>
              <w:rPr>
                <w:b/>
              </w:rPr>
              <w:t>Decision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682195" w14:textId="77777777" w:rsidR="007265F0" w:rsidRDefault="00000000">
            <w:pPr>
              <w:spacing w:after="0"/>
            </w:pPr>
            <w:r>
              <w:t>☐ Approved    ☐ Denied</w:t>
            </w:r>
          </w:p>
        </w:tc>
      </w:tr>
      <w:tr w:rsidR="007265F0" w14:paraId="123E3ADF" w14:textId="77777777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CF8B6B" w14:textId="77777777" w:rsidR="007265F0" w:rsidRDefault="00000000">
            <w:pPr>
              <w:spacing w:after="0"/>
            </w:pPr>
            <w:r>
              <w:rPr>
                <w:b/>
              </w:rPr>
              <w:t>Amount Approved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245E30" w14:textId="77777777" w:rsidR="007265F0" w:rsidRDefault="00000000">
            <w:pPr>
              <w:spacing w:after="0"/>
            </w:pPr>
            <w:r>
              <w:t>$ __________________________</w:t>
            </w:r>
          </w:p>
        </w:tc>
      </w:tr>
      <w:tr w:rsidR="007265F0" w14:paraId="5F90C404" w14:textId="77777777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6531E8" w14:textId="77777777" w:rsidR="007265F0" w:rsidRDefault="00000000">
            <w:pPr>
              <w:spacing w:after="0"/>
            </w:pPr>
            <w:r>
              <w:rPr>
                <w:b/>
              </w:rPr>
              <w:t>Reviewed By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389AA0" w14:textId="3B77D379" w:rsidR="007265F0" w:rsidRDefault="00000000">
            <w:pPr>
              <w:spacing w:after="0"/>
            </w:pPr>
            <w:r>
              <w:t>_______________________________________________</w:t>
            </w:r>
          </w:p>
        </w:tc>
      </w:tr>
      <w:tr w:rsidR="007265F0" w14:paraId="377EEC27" w14:textId="77777777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BCA9C4" w14:textId="77777777" w:rsidR="007265F0" w:rsidRDefault="00000000">
            <w:pPr>
              <w:spacing w:after="0"/>
            </w:pPr>
            <w:r>
              <w:rPr>
                <w:b/>
              </w:rPr>
              <w:t>Signature / Date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C995A7" w14:textId="147A0277" w:rsidR="007265F0" w:rsidRDefault="00000000">
            <w:pPr>
              <w:spacing w:after="0"/>
            </w:pPr>
            <w:r>
              <w:t>_______________________________________________</w:t>
            </w:r>
          </w:p>
        </w:tc>
      </w:tr>
    </w:tbl>
    <w:p w14:paraId="1B366EC2" w14:textId="77777777" w:rsidR="007265F0" w:rsidRDefault="00000000">
      <w:pPr>
        <w:spacing w:before="100"/>
        <w:jc w:val="center"/>
      </w:pPr>
      <w:r>
        <w:rPr>
          <w:i/>
          <w:sz w:val="15"/>
        </w:rPr>
        <w:t>PA Student Financial Hardship Fund • Application</w:t>
      </w:r>
    </w:p>
    <w:sectPr w:rsidR="007265F0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9582026">
    <w:abstractNumId w:val="8"/>
  </w:num>
  <w:num w:numId="2" w16cid:durableId="2118132569">
    <w:abstractNumId w:val="6"/>
  </w:num>
  <w:num w:numId="3" w16cid:durableId="417214313">
    <w:abstractNumId w:val="5"/>
  </w:num>
  <w:num w:numId="4" w16cid:durableId="1154029947">
    <w:abstractNumId w:val="4"/>
  </w:num>
  <w:num w:numId="5" w16cid:durableId="1557743344">
    <w:abstractNumId w:val="7"/>
  </w:num>
  <w:num w:numId="6" w16cid:durableId="2110390840">
    <w:abstractNumId w:val="3"/>
  </w:num>
  <w:num w:numId="7" w16cid:durableId="1797020727">
    <w:abstractNumId w:val="2"/>
  </w:num>
  <w:num w:numId="8" w16cid:durableId="811756665">
    <w:abstractNumId w:val="1"/>
  </w:num>
  <w:num w:numId="9" w16cid:durableId="199603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483C"/>
    <w:rsid w:val="0015074B"/>
    <w:rsid w:val="0029639D"/>
    <w:rsid w:val="00326F90"/>
    <w:rsid w:val="007265F0"/>
    <w:rsid w:val="009A394C"/>
    <w:rsid w:val="00AA1D8D"/>
    <w:rsid w:val="00B47730"/>
    <w:rsid w:val="00C32C3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F5605"/>
  <w14:defaultImageDpi w14:val="300"/>
  <w15:docId w15:val="{FB4E1530-AA57-E145-A6A3-34098144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2441</Characters>
  <Application>Microsoft Office Word</Application>
  <DocSecurity>0</DocSecurity>
  <Lines>87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Nazife Ganapati</dc:creator>
  <cp:keywords/>
  <dc:description/>
  <cp:lastModifiedBy>Nazife Ganapati</cp:lastModifiedBy>
  <cp:revision>2</cp:revision>
  <dcterms:created xsi:type="dcterms:W3CDTF">2026-08-19T14:29:00Z</dcterms:created>
  <dcterms:modified xsi:type="dcterms:W3CDTF">2026-08-19T14:29:00Z</dcterms:modified>
  <cp:category/>
</cp:coreProperties>
</file>